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75D4" w14:textId="214D2C34" w:rsidR="00862EAA" w:rsidRDefault="007F1398" w:rsidP="009C7739">
      <w:pPr>
        <w:jc w:val="center"/>
      </w:pPr>
      <w:r>
        <w:rPr>
          <w:noProof/>
        </w:rPr>
        <w:drawing>
          <wp:inline distT="0" distB="0" distL="0" distR="0" wp14:anchorId="6C872432" wp14:editId="45B1533D">
            <wp:extent cx="1440000" cy="1440000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I Cross 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7B3E">
        <w:rPr>
          <w:noProof/>
        </w:rPr>
        <w:t xml:space="preserve">     </w:t>
      </w:r>
      <w:r w:rsidR="00C72AC4">
        <w:rPr>
          <w:noProof/>
        </w:rPr>
        <w:t xml:space="preserve"> </w:t>
      </w:r>
      <w:r w:rsidR="00B77B3E">
        <w:rPr>
          <w:noProof/>
        </w:rPr>
        <w:drawing>
          <wp:inline distT="0" distB="0" distL="0" distR="0" wp14:anchorId="74F5152B" wp14:editId="44480DCB">
            <wp:extent cx="1440000" cy="1227600"/>
            <wp:effectExtent l="0" t="0" r="8255" b="0"/>
            <wp:docPr id="2091335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335012" name="Picture 20913350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8D1C7" w14:textId="77777777" w:rsidR="00A22429" w:rsidRPr="00094522" w:rsidRDefault="007F1398" w:rsidP="009C7739">
      <w:pPr>
        <w:pStyle w:val="Title"/>
        <w:jc w:val="center"/>
        <w:rPr>
          <w:sz w:val="36"/>
          <w:szCs w:val="36"/>
        </w:rPr>
      </w:pPr>
      <w:r w:rsidRPr="00094522">
        <w:rPr>
          <w:sz w:val="36"/>
          <w:szCs w:val="36"/>
        </w:rPr>
        <w:t>C</w:t>
      </w:r>
      <w:r w:rsidR="00A22429" w:rsidRPr="00094522">
        <w:rPr>
          <w:sz w:val="36"/>
          <w:szCs w:val="36"/>
        </w:rPr>
        <w:t xml:space="preserve">hurch </w:t>
      </w:r>
      <w:r w:rsidRPr="00094522">
        <w:rPr>
          <w:sz w:val="36"/>
          <w:szCs w:val="36"/>
        </w:rPr>
        <w:t>o</w:t>
      </w:r>
      <w:r w:rsidR="00A22429" w:rsidRPr="00094522">
        <w:rPr>
          <w:sz w:val="36"/>
          <w:szCs w:val="36"/>
        </w:rPr>
        <w:t>f Ireland</w:t>
      </w:r>
    </w:p>
    <w:p w14:paraId="207C29DC" w14:textId="60543F2A" w:rsidR="00A22429" w:rsidRPr="00094522" w:rsidRDefault="007F1398" w:rsidP="00094522">
      <w:pPr>
        <w:pStyle w:val="Title"/>
        <w:jc w:val="center"/>
        <w:rPr>
          <w:sz w:val="36"/>
          <w:szCs w:val="36"/>
        </w:rPr>
      </w:pPr>
      <w:r w:rsidRPr="00A22429">
        <w:rPr>
          <w:sz w:val="36"/>
          <w:szCs w:val="36"/>
        </w:rPr>
        <w:t>Buildings Carbon Reduction</w:t>
      </w:r>
      <w:r w:rsidR="00A22429" w:rsidRPr="00A22429">
        <w:rPr>
          <w:sz w:val="36"/>
          <w:szCs w:val="36"/>
        </w:rPr>
        <w:t xml:space="preserve"> - </w:t>
      </w:r>
      <w:r w:rsidRPr="00A22429">
        <w:rPr>
          <w:sz w:val="36"/>
          <w:szCs w:val="36"/>
        </w:rPr>
        <w:t xml:space="preserve">Grant Support </w:t>
      </w:r>
      <w:r w:rsidR="00094522" w:rsidRPr="00A22429">
        <w:rPr>
          <w:sz w:val="36"/>
          <w:szCs w:val="36"/>
        </w:rPr>
        <w:t>Competition</w:t>
      </w:r>
      <w:r w:rsidR="00094522">
        <w:rPr>
          <w:sz w:val="36"/>
          <w:szCs w:val="36"/>
        </w:rPr>
        <w:t xml:space="preserve"> in</w:t>
      </w:r>
      <w:r w:rsidR="00A22429">
        <w:rPr>
          <w:sz w:val="36"/>
          <w:szCs w:val="36"/>
        </w:rPr>
        <w:t xml:space="preserve"> association with Benefact Trust</w:t>
      </w:r>
    </w:p>
    <w:p w14:paraId="6FAEF3BC" w14:textId="77777777" w:rsidR="00862EAA" w:rsidRDefault="007F1398" w:rsidP="009C7739">
      <w:pPr>
        <w:pStyle w:val="Heading1"/>
        <w:jc w:val="center"/>
      </w:pPr>
      <w:r>
        <w:t>Application Form</w:t>
      </w:r>
    </w:p>
    <w:p w14:paraId="1872298D" w14:textId="7EDC2701" w:rsidR="009E664C" w:rsidRDefault="007F1398" w:rsidP="00B85CA7">
      <w:pPr>
        <w:spacing w:after="0"/>
      </w:pPr>
      <w:r w:rsidRPr="008922A9">
        <w:rPr>
          <w:rStyle w:val="Heading2Char"/>
        </w:rPr>
        <w:t>Section 1: Applicant Details</w:t>
      </w:r>
      <w:r>
        <w:br/>
        <w:t>- Parish / Diocese Name:</w:t>
      </w:r>
      <w:r>
        <w:br/>
        <w:t>- Building Name &amp; Address:</w:t>
      </w:r>
      <w:r>
        <w:br/>
        <w:t>- Contact Person:</w:t>
      </w:r>
      <w:r>
        <w:br/>
        <w:t xml:space="preserve">  Name:</w:t>
      </w:r>
      <w:r>
        <w:br/>
        <w:t xml:space="preserve">  Role:</w:t>
      </w:r>
      <w:r>
        <w:br/>
        <w:t xml:space="preserve">  Email:</w:t>
      </w:r>
      <w:r>
        <w:br/>
        <w:t xml:space="preserve">  Phone:</w:t>
      </w:r>
      <w:r>
        <w:br/>
        <w:t xml:space="preserve">- Diocesan Council </w:t>
      </w:r>
      <w:r w:rsidR="00A87C10">
        <w:t>a</w:t>
      </w:r>
      <w:r>
        <w:t>pproval</w:t>
      </w:r>
      <w:r w:rsidR="00A87C10">
        <w:t xml:space="preserve"> received</w:t>
      </w:r>
      <w:r>
        <w:t>: ☐ Yes ☐ No (</w:t>
      </w:r>
      <w:r w:rsidRPr="00A87C10">
        <w:rPr>
          <w:sz w:val="18"/>
          <w:szCs w:val="18"/>
        </w:rPr>
        <w:t>Attach confirmation letter</w:t>
      </w:r>
      <w:r w:rsidR="009E664C" w:rsidRPr="00A87C10">
        <w:rPr>
          <w:sz w:val="18"/>
          <w:szCs w:val="18"/>
        </w:rPr>
        <w:t>, if already obtained</w:t>
      </w:r>
      <w:r>
        <w:t>)</w:t>
      </w:r>
    </w:p>
    <w:p w14:paraId="5F36A4B3" w14:textId="2AE4982D" w:rsidR="00B40F11" w:rsidRDefault="001B7F93" w:rsidP="00B85CA7">
      <w:pPr>
        <w:spacing w:after="0"/>
      </w:pPr>
      <w:r>
        <w:t xml:space="preserve">- </w:t>
      </w:r>
      <w:r>
        <w:t>Select Vestry</w:t>
      </w:r>
      <w:r>
        <w:t xml:space="preserve"> </w:t>
      </w:r>
      <w:r w:rsidR="00A87C10">
        <w:t>a</w:t>
      </w:r>
      <w:r>
        <w:t>pproval: ☐ Yes ☐ No (Attach</w:t>
      </w:r>
      <w:r w:rsidR="00A87C10">
        <w:t xml:space="preserve"> </w:t>
      </w:r>
      <w:r w:rsidR="00696AA9">
        <w:t>confirmation)</w:t>
      </w:r>
    </w:p>
    <w:p w14:paraId="06FA01A3" w14:textId="77777777" w:rsidR="00B85CA7" w:rsidRPr="008922A9" w:rsidRDefault="00B85CA7" w:rsidP="00B85CA7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14:paraId="130132AA" w14:textId="77777777" w:rsidR="00F85367" w:rsidRDefault="007F1398">
      <w:r w:rsidRPr="008922A9">
        <w:rPr>
          <w:rStyle w:val="Heading2Char"/>
        </w:rPr>
        <w:t>Section 2: Project Overview</w:t>
      </w:r>
      <w:r>
        <w:br/>
        <w:t>- Project Title:</w:t>
      </w:r>
      <w:r>
        <w:br/>
        <w:t>- Summary (max 250 words):</w:t>
      </w:r>
    </w:p>
    <w:p w14:paraId="571A1378" w14:textId="1E69BCBC" w:rsidR="00F85367" w:rsidRDefault="007F1398">
      <w:r>
        <w:br/>
        <w:t>- Building Type: ☐ Church ☐ Cathedral ☐ Parish Centre</w:t>
      </w:r>
    </w:p>
    <w:p w14:paraId="1A7F0730" w14:textId="6BC55C9C" w:rsidR="00B40F11" w:rsidRDefault="007F1398">
      <w:r w:rsidRPr="008922A9">
        <w:rPr>
          <w:rStyle w:val="Heading2Char"/>
        </w:rPr>
        <w:t>Section 3: Project Plan &amp; Timeline</w:t>
      </w:r>
      <w:r>
        <w:br/>
        <w:t>- Scope &amp; Objectives</w:t>
      </w:r>
    </w:p>
    <w:p w14:paraId="389002FC" w14:textId="77777777" w:rsidR="00B40F11" w:rsidRDefault="007F1398">
      <w:r>
        <w:br/>
        <w:t>- Key Milestones &amp; Completion Dates</w:t>
      </w:r>
    </w:p>
    <w:p w14:paraId="22F76758" w14:textId="16438D4A" w:rsidR="00862EAA" w:rsidRDefault="007F1398">
      <w:r>
        <w:br/>
        <w:t>- Implementation Approach</w:t>
      </w:r>
    </w:p>
    <w:p w14:paraId="37A60AA8" w14:textId="77777777" w:rsidR="00B40F11" w:rsidRDefault="00B40F11"/>
    <w:p w14:paraId="320B297E" w14:textId="77777777" w:rsidR="00C96D84" w:rsidRDefault="007F1398" w:rsidP="00696AA9">
      <w:pPr>
        <w:spacing w:after="0"/>
      </w:pPr>
      <w:r w:rsidRPr="008922A9">
        <w:rPr>
          <w:rStyle w:val="Heading2Char"/>
        </w:rPr>
        <w:t>Section 4: Costings &amp; Funding Proposal</w:t>
      </w:r>
      <w:r>
        <w:br/>
        <w:t>- Total Project Cost (€ / £):</w:t>
      </w:r>
    </w:p>
    <w:p w14:paraId="0844598A" w14:textId="4E72A1AD" w:rsidR="00862EAA" w:rsidRDefault="00C96D84" w:rsidP="00696AA9">
      <w:pPr>
        <w:spacing w:after="0"/>
      </w:pPr>
      <w:r>
        <w:t xml:space="preserve">- </w:t>
      </w:r>
      <w:r w:rsidR="00696AA9">
        <w:t>E</w:t>
      </w:r>
      <w:r>
        <w:t>xpected payback timeline, and full lifecycle</w:t>
      </w:r>
      <w:r w:rsidR="00EC6FA4">
        <w:t xml:space="preserve"> cost benefits</w:t>
      </w:r>
      <w:r w:rsidR="007F1398">
        <w:br/>
        <w:t>- Amount Requested:</w:t>
      </w:r>
      <w:r w:rsidR="007F1398">
        <w:br/>
        <w:t>- Other Funding Sources:</w:t>
      </w:r>
      <w:r w:rsidR="007F1398">
        <w:br/>
        <w:t>- Contingency Plan</w:t>
      </w:r>
    </w:p>
    <w:p w14:paraId="5C081B33" w14:textId="77777777" w:rsidR="00B40F11" w:rsidRDefault="00B40F11"/>
    <w:p w14:paraId="412BA9F2" w14:textId="705D9D68" w:rsidR="00862EAA" w:rsidRDefault="007F1398">
      <w:r w:rsidRPr="008922A9">
        <w:rPr>
          <w:rStyle w:val="Heading2Char"/>
        </w:rPr>
        <w:t>Section 5: Expected Environmental Benefits</w:t>
      </w:r>
      <w:r w:rsidR="00EC6FA4">
        <w:rPr>
          <w:rStyle w:val="Heading2Char"/>
        </w:rPr>
        <w:t xml:space="preserve"> </w:t>
      </w:r>
      <w:r w:rsidR="00580534" w:rsidRPr="00580534">
        <w:rPr>
          <w:rStyle w:val="Heading2Char"/>
        </w:rPr>
        <w:t>(€/£):</w:t>
      </w:r>
      <w:r>
        <w:br/>
        <w:t>- Carbon Emissions Reduction Target (</w:t>
      </w:r>
      <w:r w:rsidR="00FB677A">
        <w:t>c</w:t>
      </w:r>
      <w:r w:rsidR="001644B9">
        <w:t xml:space="preserve">ost </w:t>
      </w:r>
      <w:r w:rsidR="00FB677A">
        <w:t>s</w:t>
      </w:r>
      <w:r w:rsidR="001644B9">
        <w:t>avings</w:t>
      </w:r>
      <w:r w:rsidR="00580534">
        <w:t xml:space="preserve"> or </w:t>
      </w:r>
      <w:r w:rsidR="00FB677A">
        <w:t>% target</w:t>
      </w:r>
      <w:r>
        <w:t>)</w:t>
      </w:r>
      <w:r>
        <w:br/>
        <w:t>- Energy Efficiency Target (</w:t>
      </w:r>
      <w:r w:rsidR="0014321E">
        <w:t>c</w:t>
      </w:r>
      <w:r w:rsidR="001644B9">
        <w:t xml:space="preserve">ost </w:t>
      </w:r>
      <w:r w:rsidR="0014321E">
        <w:t>s</w:t>
      </w:r>
      <w:r w:rsidR="001644B9">
        <w:t>avings</w:t>
      </w:r>
      <w:r>
        <w:t>)</w:t>
      </w:r>
      <w:r>
        <w:br/>
        <w:t>- Renewable Energy Contribution</w:t>
      </w:r>
      <w:r w:rsidR="0014321E">
        <w:t xml:space="preserve"> to overall energy consumption</w:t>
      </w:r>
      <w:r>
        <w:t xml:space="preserve"> (%)</w:t>
      </w:r>
      <w:r>
        <w:br/>
        <w:t>- Measurement Method</w:t>
      </w:r>
    </w:p>
    <w:p w14:paraId="2D03F6B4" w14:textId="77777777" w:rsidR="00485DE5" w:rsidRDefault="00485DE5"/>
    <w:p w14:paraId="43238633" w14:textId="050BB3F8" w:rsidR="00862EAA" w:rsidRDefault="007F1398">
      <w:r w:rsidRPr="008922A9">
        <w:rPr>
          <w:rStyle w:val="Heading2Char"/>
        </w:rPr>
        <w:t>Section 6: Innovation &amp; Replicability</w:t>
      </w:r>
      <w:r>
        <w:br/>
        <w:t>- Describe innovative aspects and potential for replication</w:t>
      </w:r>
    </w:p>
    <w:p w14:paraId="3E1191C1" w14:textId="77777777" w:rsidR="007B08A2" w:rsidRDefault="007B08A2"/>
    <w:p w14:paraId="44E031D6" w14:textId="05741144" w:rsidR="00862EAA" w:rsidRDefault="007F1398">
      <w:r w:rsidRPr="008922A9">
        <w:rPr>
          <w:rStyle w:val="Heading2Char"/>
        </w:rPr>
        <w:t>Section 7: Risk Assessment &amp; Mitigation</w:t>
      </w:r>
      <w:r>
        <w:br/>
        <w:t>- Identify key risks and mitigation strategies</w:t>
      </w:r>
    </w:p>
    <w:p w14:paraId="0C43710B" w14:textId="77777777" w:rsidR="007B08A2" w:rsidRDefault="007B08A2"/>
    <w:p w14:paraId="5352B466" w14:textId="77777777" w:rsidR="005372D5" w:rsidRDefault="007F1398">
      <w:r w:rsidRPr="008922A9">
        <w:rPr>
          <w:rStyle w:val="Heading2Char"/>
        </w:rPr>
        <w:t>Section 8: Community Engagement</w:t>
      </w:r>
      <w:r>
        <w:br/>
        <w:t>- Planned activities to involve parish/community</w:t>
      </w:r>
    </w:p>
    <w:p w14:paraId="21322B33" w14:textId="105E0906" w:rsidR="00057F94" w:rsidRDefault="007F1398">
      <w:r>
        <w:br/>
        <w:t>- Knowledge sharing commitments</w:t>
      </w:r>
    </w:p>
    <w:p w14:paraId="48D5D004" w14:textId="77777777" w:rsidR="005372D5" w:rsidRDefault="005372D5"/>
    <w:p w14:paraId="3B74683D" w14:textId="2E56B4BD" w:rsidR="00862EAA" w:rsidRDefault="007F1398">
      <w:r w:rsidRPr="008922A9">
        <w:rPr>
          <w:rStyle w:val="Heading2Char"/>
        </w:rPr>
        <w:t xml:space="preserve">Section </w:t>
      </w:r>
      <w:r w:rsidR="00485DE5">
        <w:rPr>
          <w:rStyle w:val="Heading2Char"/>
        </w:rPr>
        <w:t>9</w:t>
      </w:r>
      <w:r w:rsidRPr="008922A9">
        <w:rPr>
          <w:rStyle w:val="Heading2Char"/>
        </w:rPr>
        <w:t>: Compliance &amp; Eligibility</w:t>
      </w:r>
      <w:r>
        <w:br/>
        <w:t>- Confirm building is in regular use, no disposal plans, good maintenance record, compliance with regulations</w:t>
      </w:r>
    </w:p>
    <w:p w14:paraId="2A51B0D7" w14:textId="77777777" w:rsidR="005372D5" w:rsidRDefault="005372D5"/>
    <w:p w14:paraId="2924F364" w14:textId="77777777" w:rsidR="000108F9" w:rsidRDefault="000108F9">
      <w:pPr>
        <w:rPr>
          <w:rStyle w:val="Heading2Char"/>
        </w:rPr>
      </w:pPr>
      <w:r>
        <w:rPr>
          <w:rStyle w:val="Heading2Char"/>
        </w:rPr>
        <w:br w:type="page"/>
      </w:r>
    </w:p>
    <w:p w14:paraId="7BCFC360" w14:textId="58680216" w:rsidR="00862EAA" w:rsidRDefault="007F1398">
      <w:r w:rsidRPr="008922A9">
        <w:rPr>
          <w:rStyle w:val="Heading2Char"/>
        </w:rPr>
        <w:lastRenderedPageBreak/>
        <w:t>Attachments Checklist</w:t>
      </w:r>
      <w:r w:rsidR="00057F94">
        <w:rPr>
          <w:rStyle w:val="Heading2Char"/>
        </w:rPr>
        <w:t xml:space="preserve"> (where available)</w:t>
      </w:r>
      <w:r w:rsidRPr="008922A9">
        <w:rPr>
          <w:rStyle w:val="Heading2Char"/>
        </w:rPr>
        <w:br/>
      </w:r>
      <w:r>
        <w:t>☐ Detailed Project Plan</w:t>
      </w:r>
      <w:r>
        <w:br/>
        <w:t>☐ Budget Breakdown</w:t>
      </w:r>
      <w:r>
        <w:br/>
        <w:t>☐ Energy Audit / Baseline Data</w:t>
      </w:r>
      <w:r>
        <w:br/>
        <w:t>☐ Diocesan Approval Letter</w:t>
      </w:r>
      <w:r w:rsidR="00057F94">
        <w:t xml:space="preserve"> &amp; Select Vestry approval</w:t>
      </w:r>
      <w:r>
        <w:br/>
        <w:t>☐ Supporting Grant Letters</w:t>
      </w:r>
    </w:p>
    <w:p w14:paraId="407E7D6B" w14:textId="77777777" w:rsidR="00382A59" w:rsidRDefault="00382A59"/>
    <w:p w14:paraId="079A4D7B" w14:textId="77777777" w:rsidR="00382A59" w:rsidRDefault="00382A59"/>
    <w:p w14:paraId="6BE374C0" w14:textId="77777777" w:rsidR="00382A59" w:rsidRDefault="00382A59"/>
    <w:p w14:paraId="63B8AFAB" w14:textId="77777777" w:rsidR="00556503" w:rsidRDefault="00382A59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</w:pPr>
      <w:r w:rsidRP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>Email completed application</w:t>
      </w:r>
      <w:r w:rsidR="00556503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 form</w:t>
      </w:r>
      <w:r w:rsidR="006C4F02" w:rsidRP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 with attachments</w:t>
      </w:r>
      <w:r w:rsidRP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 to the RCB Project Manager – Dermot Burns </w:t>
      </w:r>
      <w:r w:rsidR="006C4F02" w:rsidRP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>a</w:t>
      </w:r>
      <w:r w:rsid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t </w:t>
      </w:r>
      <w:hyperlink r:id="rId8" w:history="1">
        <w:r w:rsidR="00342684" w:rsidRPr="00137F51">
          <w:rPr>
            <w:rStyle w:val="Hyperlink"/>
            <w:rFonts w:asciiTheme="majorHAnsi" w:eastAsiaTheme="majorEastAsia" w:hAnsiTheme="majorHAnsi" w:cstheme="majorBidi"/>
            <w:spacing w:val="5"/>
            <w:kern w:val="28"/>
            <w:sz w:val="32"/>
            <w:szCs w:val="32"/>
          </w:rPr>
          <w:t>dermot.burns@rcbcoi.org</w:t>
        </w:r>
      </w:hyperlink>
      <w:r w:rsidR="00342684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 </w:t>
      </w:r>
    </w:p>
    <w:p w14:paraId="6BBE5339" w14:textId="317611EF" w:rsidR="00342684" w:rsidRPr="00C223B2" w:rsidRDefault="00556503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</w:rPr>
      </w:pPr>
      <w:r w:rsidRPr="000108F9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  <w:u w:val="single"/>
        </w:rPr>
        <w:t>To arrange a consultation</w:t>
      </w:r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 xml:space="preserve"> or a</w:t>
      </w:r>
      <w:r w:rsidR="000F6879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2"/>
          <w:szCs w:val="32"/>
        </w:rPr>
        <w:t>ny queries, call us on +353 1 4125660</w:t>
      </w:r>
    </w:p>
    <w:sectPr w:rsidR="00342684" w:rsidRPr="00C223B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487396">
    <w:abstractNumId w:val="8"/>
  </w:num>
  <w:num w:numId="2" w16cid:durableId="684870908">
    <w:abstractNumId w:val="6"/>
  </w:num>
  <w:num w:numId="3" w16cid:durableId="380791977">
    <w:abstractNumId w:val="5"/>
  </w:num>
  <w:num w:numId="4" w16cid:durableId="2116559434">
    <w:abstractNumId w:val="4"/>
  </w:num>
  <w:num w:numId="5" w16cid:durableId="509566934">
    <w:abstractNumId w:val="7"/>
  </w:num>
  <w:num w:numId="6" w16cid:durableId="569968853">
    <w:abstractNumId w:val="3"/>
  </w:num>
  <w:num w:numId="7" w16cid:durableId="1094781662">
    <w:abstractNumId w:val="2"/>
  </w:num>
  <w:num w:numId="8" w16cid:durableId="608007473">
    <w:abstractNumId w:val="1"/>
  </w:num>
  <w:num w:numId="9" w16cid:durableId="41755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8F9"/>
    <w:rsid w:val="00034616"/>
    <w:rsid w:val="00057F94"/>
    <w:rsid w:val="0006063C"/>
    <w:rsid w:val="00062055"/>
    <w:rsid w:val="00094522"/>
    <w:rsid w:val="000F6879"/>
    <w:rsid w:val="0014321E"/>
    <w:rsid w:val="0015074B"/>
    <w:rsid w:val="001644B9"/>
    <w:rsid w:val="001B7F93"/>
    <w:rsid w:val="0029639D"/>
    <w:rsid w:val="00326F90"/>
    <w:rsid w:val="00342684"/>
    <w:rsid w:val="00382A59"/>
    <w:rsid w:val="003E4D0C"/>
    <w:rsid w:val="00485DE5"/>
    <w:rsid w:val="004D7B30"/>
    <w:rsid w:val="005372D5"/>
    <w:rsid w:val="00556503"/>
    <w:rsid w:val="00580534"/>
    <w:rsid w:val="00581874"/>
    <w:rsid w:val="00696AA9"/>
    <w:rsid w:val="006972B9"/>
    <w:rsid w:val="006C4F02"/>
    <w:rsid w:val="007B08A2"/>
    <w:rsid w:val="007F1398"/>
    <w:rsid w:val="00862EAA"/>
    <w:rsid w:val="008922A9"/>
    <w:rsid w:val="00895798"/>
    <w:rsid w:val="009C7739"/>
    <w:rsid w:val="009E664C"/>
    <w:rsid w:val="00A22429"/>
    <w:rsid w:val="00A524A7"/>
    <w:rsid w:val="00A87C10"/>
    <w:rsid w:val="00AA1D8D"/>
    <w:rsid w:val="00B06113"/>
    <w:rsid w:val="00B40F11"/>
    <w:rsid w:val="00B47730"/>
    <w:rsid w:val="00B77B3E"/>
    <w:rsid w:val="00B85CA7"/>
    <w:rsid w:val="00C223B2"/>
    <w:rsid w:val="00C72AC4"/>
    <w:rsid w:val="00C96D84"/>
    <w:rsid w:val="00CB0664"/>
    <w:rsid w:val="00D8087F"/>
    <w:rsid w:val="00EC6FA4"/>
    <w:rsid w:val="00F17F0E"/>
    <w:rsid w:val="00F7429E"/>
    <w:rsid w:val="00F85367"/>
    <w:rsid w:val="00FA2CA9"/>
    <w:rsid w:val="00FB677A"/>
    <w:rsid w:val="00FC693F"/>
    <w:rsid w:val="00FD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4406A"/>
  <w14:defaultImageDpi w14:val="300"/>
  <w15:docId w15:val="{934CE3F8-9F44-4864-997F-B33D89C1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C4F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4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rmot.burns@rcbco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Dermot Burns</cp:lastModifiedBy>
  <cp:revision>40</cp:revision>
  <cp:lastPrinted>2026-01-07T09:14:00Z</cp:lastPrinted>
  <dcterms:created xsi:type="dcterms:W3CDTF">2026-01-06T11:59:00Z</dcterms:created>
  <dcterms:modified xsi:type="dcterms:W3CDTF">2026-02-12T16:18:00Z</dcterms:modified>
  <cp:category/>
</cp:coreProperties>
</file>